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D1986" w14:textId="35528610" w:rsidR="00D62214" w:rsidRDefault="00D62214" w:rsidP="00D62214">
      <w:pPr>
        <w:pStyle w:val="Title"/>
        <w:jc w:val="right"/>
      </w:pPr>
      <w:r>
        <w:rPr>
          <w:noProof/>
        </w:rPr>
        <w:drawing>
          <wp:inline distT="0" distB="0" distL="0" distR="0" wp14:anchorId="39EDF119" wp14:editId="03DFCB1F">
            <wp:extent cx="1901059" cy="751804"/>
            <wp:effectExtent l="0" t="0" r="0" b="0"/>
            <wp:docPr id="630678988" name="Picture 1" descr="A logo with a yellow circle and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678988" name="Picture 1" descr="A logo with a yellow circle and blu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8621" cy="77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A5F04" w14:textId="297F0770" w:rsidR="00EC362D" w:rsidRDefault="00000000">
      <w:pPr>
        <w:pStyle w:val="Title"/>
      </w:pPr>
      <w:r>
        <w:t>AFRICAN COMMISSION FOR STANDARDS AND ACCREDITATION (ACSA)</w:t>
      </w:r>
    </w:p>
    <w:p w14:paraId="14FBF0FE" w14:textId="77777777" w:rsidR="00EC362D" w:rsidRDefault="00000000">
      <w:pPr>
        <w:pStyle w:val="Heading1"/>
      </w:pPr>
      <w:r>
        <w:t>LETTER OF INTENT (LOI) FORM</w:t>
      </w:r>
    </w:p>
    <w:p w14:paraId="20590E0D" w14:textId="77777777" w:rsidR="00EC362D" w:rsidRDefault="00000000">
      <w:pPr>
        <w:pStyle w:val="Heading1"/>
      </w:pPr>
      <w:r>
        <w:t>Introduction</w:t>
      </w:r>
    </w:p>
    <w:p w14:paraId="137CD108" w14:textId="77777777" w:rsidR="00EC362D" w:rsidRDefault="00000000">
      <w:r>
        <w:t>The African Commission for Standards and Accreditation (ACSA) encourages organizations, startups, NGOs, and emerging enterprises to submit a Letter of Intent (LOI) when expressing interest in accreditation, certification, or compliance programs. This LOI allows ACSA to understand your organization, its objectives, and your intended participation.</w:t>
      </w:r>
    </w:p>
    <w:p w14:paraId="366BDE3F" w14:textId="77777777" w:rsidR="00EC362D" w:rsidRDefault="00000000">
      <w:pPr>
        <w:pStyle w:val="Heading1"/>
      </w:pPr>
      <w:r>
        <w:t>Section 1: Applicant / Organization Information</w:t>
      </w:r>
    </w:p>
    <w:p w14:paraId="6339F585" w14:textId="77777777" w:rsidR="00EC362D" w:rsidRDefault="00000000">
      <w:r>
        <w:t>Organization Name: ________________________________</w:t>
      </w:r>
    </w:p>
    <w:p w14:paraId="418CD8F7" w14:textId="77777777" w:rsidR="00EC362D" w:rsidRDefault="00000000">
      <w:r>
        <w:t>Registration / Incorporation Number (if applicable): ______</w:t>
      </w:r>
    </w:p>
    <w:p w14:paraId="536C59EA" w14:textId="77777777" w:rsidR="00EC362D" w:rsidRDefault="00000000">
      <w:r>
        <w:t>Country of Operation: ______________________________</w:t>
      </w:r>
    </w:p>
    <w:p w14:paraId="7EC24C35" w14:textId="77777777" w:rsidR="00EC362D" w:rsidRDefault="00000000">
      <w:r>
        <w:t>Organization Type: (Corporate / NGO / Startup / Cooperative / Other) _______</w:t>
      </w:r>
    </w:p>
    <w:p w14:paraId="7EF28429" w14:textId="77777777" w:rsidR="00EC362D" w:rsidRDefault="00000000">
      <w:r>
        <w:t>Sector / Industry: ___________________________________</w:t>
      </w:r>
    </w:p>
    <w:p w14:paraId="38C5234A" w14:textId="77777777" w:rsidR="00EC362D" w:rsidRDefault="00000000">
      <w:r>
        <w:t>Address: __________________________________________</w:t>
      </w:r>
    </w:p>
    <w:p w14:paraId="7DE7943D" w14:textId="77777777" w:rsidR="00EC362D" w:rsidRDefault="00000000">
      <w:r>
        <w:t>City / State: _______________________________________</w:t>
      </w:r>
    </w:p>
    <w:p w14:paraId="382ED781" w14:textId="77777777" w:rsidR="00EC362D" w:rsidRDefault="00000000">
      <w:r>
        <w:t>Postal Code: _______________________________________</w:t>
      </w:r>
    </w:p>
    <w:p w14:paraId="780E468D" w14:textId="77777777" w:rsidR="00EC362D" w:rsidRDefault="00000000">
      <w:r>
        <w:t>Website / Social Media Links: ________________________</w:t>
      </w:r>
    </w:p>
    <w:p w14:paraId="56B5957E" w14:textId="77777777" w:rsidR="00EC362D" w:rsidRDefault="00000000">
      <w:r>
        <w:t>Contact Person Name: ______________________________</w:t>
      </w:r>
    </w:p>
    <w:p w14:paraId="0F34EFCC" w14:textId="77777777" w:rsidR="00EC362D" w:rsidRDefault="00000000">
      <w:r>
        <w:t>Title / Position: ____________________________________</w:t>
      </w:r>
    </w:p>
    <w:p w14:paraId="7CE02399" w14:textId="77777777" w:rsidR="00EC362D" w:rsidRDefault="00000000">
      <w:r>
        <w:t>Email Address: _____________________________________</w:t>
      </w:r>
    </w:p>
    <w:p w14:paraId="3DC29127" w14:textId="77777777" w:rsidR="00EC362D" w:rsidRDefault="00000000">
      <w:r>
        <w:lastRenderedPageBreak/>
        <w:t>Phone Number: _____________________________________</w:t>
      </w:r>
    </w:p>
    <w:p w14:paraId="6C4766A6" w14:textId="77777777" w:rsidR="00EC362D" w:rsidRDefault="00000000">
      <w:pPr>
        <w:pStyle w:val="Heading1"/>
      </w:pPr>
      <w:r>
        <w:t>Section 2: Purpose of Submission</w:t>
      </w:r>
    </w:p>
    <w:p w14:paraId="0A39D436" w14:textId="77777777" w:rsidR="00EC362D" w:rsidRDefault="00000000">
      <w:r>
        <w:t>Please describe the purpose of this Letter of Intent, including your interest in ACSA programs and expected outcomes:</w:t>
      </w:r>
    </w:p>
    <w:p w14:paraId="678ED04A" w14:textId="77777777" w:rsidR="00EC362D" w:rsidRDefault="00000000">
      <w:r>
        <w:t>_____________________________________________________</w:t>
      </w:r>
    </w:p>
    <w:p w14:paraId="6CD99B52" w14:textId="77777777" w:rsidR="00EC362D" w:rsidRDefault="00000000">
      <w:r>
        <w:t>_____________________________________________________</w:t>
      </w:r>
    </w:p>
    <w:p w14:paraId="73287CF7" w14:textId="77777777" w:rsidR="00EC362D" w:rsidRDefault="00000000">
      <w:r>
        <w:t>_____________________________________________________</w:t>
      </w:r>
    </w:p>
    <w:p w14:paraId="734F0A63" w14:textId="77777777" w:rsidR="00EC362D" w:rsidRDefault="00000000">
      <w:pPr>
        <w:pStyle w:val="Heading1"/>
      </w:pPr>
      <w:r>
        <w:t>Section 3: Scope of Intent / Program Interest</w:t>
      </w:r>
    </w:p>
    <w:p w14:paraId="3A4E5F24" w14:textId="77777777" w:rsidR="00EC362D" w:rsidRDefault="00000000">
      <w:r>
        <w:t>Indicate the program(s) you intend to pursue (tick all that apply):</w:t>
      </w:r>
    </w:p>
    <w:p w14:paraId="6BA4C68F" w14:textId="77777777" w:rsidR="00EC362D" w:rsidRDefault="00000000">
      <w:r>
        <w:t>[ ] Corporate Certification</w:t>
      </w:r>
    </w:p>
    <w:p w14:paraId="2B625E07" w14:textId="77777777" w:rsidR="00EC362D" w:rsidRDefault="00000000">
      <w:r>
        <w:t>[ ] Corporate Accreditation</w:t>
      </w:r>
    </w:p>
    <w:p w14:paraId="77BDF29B" w14:textId="77777777" w:rsidR="00EC362D" w:rsidRDefault="00000000">
      <w:r>
        <w:t>[ ] NGO Compliance Certification</w:t>
      </w:r>
    </w:p>
    <w:p w14:paraId="4D1109C3" w14:textId="77777777" w:rsidR="00EC362D" w:rsidRDefault="00000000">
      <w:r>
        <w:t>[ ] AML/CFT Compliance Certification</w:t>
      </w:r>
    </w:p>
    <w:p w14:paraId="21B0556F" w14:textId="77777777" w:rsidR="00EC362D" w:rsidRDefault="00000000">
      <w:r>
        <w:t>[ ] Governance &amp; Risk Management Certification</w:t>
      </w:r>
    </w:p>
    <w:p w14:paraId="04CA43C4" w14:textId="77777777" w:rsidR="00EC362D" w:rsidRDefault="00000000">
      <w:r>
        <w:t>[ ] Sector-Specific Certification (Specify): _______________</w:t>
      </w:r>
    </w:p>
    <w:p w14:paraId="5E9671C5" w14:textId="77777777" w:rsidR="00EC362D" w:rsidRDefault="00000000">
      <w:r>
        <w:t>Brief explanation of program interest / objectives:</w:t>
      </w:r>
    </w:p>
    <w:p w14:paraId="4C977BEA" w14:textId="77777777" w:rsidR="00EC362D" w:rsidRDefault="00000000">
      <w:r>
        <w:t>_____________________________________________________</w:t>
      </w:r>
    </w:p>
    <w:p w14:paraId="6A79A8AE" w14:textId="77777777" w:rsidR="00EC362D" w:rsidRDefault="00000000">
      <w:r>
        <w:t>_____________________________________________________</w:t>
      </w:r>
    </w:p>
    <w:p w14:paraId="584911E5" w14:textId="77777777" w:rsidR="00EC362D" w:rsidRDefault="00000000">
      <w:pPr>
        <w:pStyle w:val="Heading1"/>
      </w:pPr>
      <w:r>
        <w:t>Section 4: Organizational Overview</w:t>
      </w:r>
    </w:p>
    <w:p w14:paraId="0640739C" w14:textId="77777777" w:rsidR="00EC362D" w:rsidRDefault="00000000">
      <w:r>
        <w:t>Provide a brief description of your organization, including vision, mission, key activities, and any relevant projects or achievements:</w:t>
      </w:r>
    </w:p>
    <w:p w14:paraId="719FCCFC" w14:textId="77777777" w:rsidR="00EC362D" w:rsidRDefault="00000000">
      <w:r>
        <w:t>_____________________________________________________</w:t>
      </w:r>
    </w:p>
    <w:p w14:paraId="1A87CAEC" w14:textId="77777777" w:rsidR="00EC362D" w:rsidRDefault="00000000">
      <w:r>
        <w:t>_____________________________________________________</w:t>
      </w:r>
    </w:p>
    <w:p w14:paraId="66807E73" w14:textId="77777777" w:rsidR="00EC362D" w:rsidRDefault="00000000">
      <w:r>
        <w:t>_____________________________________________________</w:t>
      </w:r>
    </w:p>
    <w:p w14:paraId="6A7FDCE3" w14:textId="77777777" w:rsidR="00EC362D" w:rsidRDefault="00000000">
      <w:r>
        <w:t>_____________________________________________________</w:t>
      </w:r>
    </w:p>
    <w:p w14:paraId="4649EBDF" w14:textId="77777777" w:rsidR="00EC362D" w:rsidRDefault="00000000">
      <w:pPr>
        <w:pStyle w:val="Heading1"/>
      </w:pPr>
      <w:r>
        <w:lastRenderedPageBreak/>
        <w:t>Section 5: Declaration &amp; Signature</w:t>
      </w:r>
    </w:p>
    <w:p w14:paraId="1CEAAA12" w14:textId="77777777" w:rsidR="00EC362D" w:rsidRDefault="00000000">
      <w:r>
        <w:t>I hereby declare that the information provided in this Letter of Intent is true and complete to the best of my knowledge. I understand that submission of inaccurate information may affect consideration of our application.</w:t>
      </w:r>
    </w:p>
    <w:p w14:paraId="718B4921" w14:textId="77777777" w:rsidR="00EC362D" w:rsidRDefault="00000000">
      <w:r>
        <w:t>Name of Authorized Signatory: ________________________</w:t>
      </w:r>
    </w:p>
    <w:p w14:paraId="078179F7" w14:textId="77777777" w:rsidR="00EC362D" w:rsidRDefault="00000000">
      <w:r>
        <w:t>Title / Position: _____________________________________</w:t>
      </w:r>
    </w:p>
    <w:p w14:paraId="0D30BFB1" w14:textId="77777777" w:rsidR="00EC362D" w:rsidRDefault="00000000">
      <w:r>
        <w:t>Signature: _________________________________________</w:t>
      </w:r>
    </w:p>
    <w:p w14:paraId="22369D4E" w14:textId="77777777" w:rsidR="00EC362D" w:rsidRDefault="00000000">
      <w:r>
        <w:t>Date: _____________________________________________</w:t>
      </w:r>
    </w:p>
    <w:p w14:paraId="243D6F10" w14:textId="77777777" w:rsidR="00EC362D" w:rsidRDefault="00000000">
      <w:pPr>
        <w:pStyle w:val="Heading1"/>
      </w:pPr>
      <w:r>
        <w:t>Submission Instructions</w:t>
      </w:r>
    </w:p>
    <w:p w14:paraId="63DA755A" w14:textId="77777777" w:rsidR="00EC362D" w:rsidRDefault="00000000">
      <w:r>
        <w:t>Please submit this Letter of Intent via:</w:t>
      </w:r>
      <w:r>
        <w:br/>
        <w:t>Email: applications@acsaafrica.org</w:t>
      </w:r>
      <w:r>
        <w:br/>
        <w:t>OR via the secure ACSA Submission Portal</w:t>
      </w:r>
    </w:p>
    <w:sectPr w:rsidR="00EC362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02840037">
    <w:abstractNumId w:val="8"/>
  </w:num>
  <w:num w:numId="2" w16cid:durableId="890464611">
    <w:abstractNumId w:val="6"/>
  </w:num>
  <w:num w:numId="3" w16cid:durableId="1962614671">
    <w:abstractNumId w:val="5"/>
  </w:num>
  <w:num w:numId="4" w16cid:durableId="1614944626">
    <w:abstractNumId w:val="4"/>
  </w:num>
  <w:num w:numId="5" w16cid:durableId="1531144493">
    <w:abstractNumId w:val="7"/>
  </w:num>
  <w:num w:numId="6" w16cid:durableId="517234894">
    <w:abstractNumId w:val="3"/>
  </w:num>
  <w:num w:numId="7" w16cid:durableId="63450601">
    <w:abstractNumId w:val="2"/>
  </w:num>
  <w:num w:numId="8" w16cid:durableId="1034577059">
    <w:abstractNumId w:val="1"/>
  </w:num>
  <w:num w:numId="9" w16cid:durableId="66358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62214"/>
    <w:rsid w:val="00EC362D"/>
    <w:rsid w:val="00F234B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7E48C3"/>
  <w14:defaultImageDpi w14:val="300"/>
  <w15:docId w15:val="{4B56BB3A-3874-2349-A976-5DFB48403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dickensdickens870@outlook.com</cp:lastModifiedBy>
  <cp:revision>2</cp:revision>
  <dcterms:created xsi:type="dcterms:W3CDTF">2026-01-07T11:05:00Z</dcterms:created>
  <dcterms:modified xsi:type="dcterms:W3CDTF">2026-01-07T11:05:00Z</dcterms:modified>
  <cp:category/>
</cp:coreProperties>
</file>