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86FE7" w14:textId="5DE9835C" w:rsidR="00DB3415" w:rsidRDefault="00DB3415" w:rsidP="00DB3415">
      <w:pPr>
        <w:pStyle w:val="Title"/>
        <w:jc w:val="right"/>
      </w:pPr>
      <w:r>
        <w:rPr>
          <w:noProof/>
        </w:rPr>
        <w:drawing>
          <wp:inline distT="0" distB="0" distL="0" distR="0" wp14:anchorId="62613DC8" wp14:editId="0BE26A18">
            <wp:extent cx="2529192" cy="1000210"/>
            <wp:effectExtent l="0" t="0" r="0" b="0"/>
            <wp:docPr id="14719006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900674" name="Picture 1471900674"/>
                    <pic:cNvPicPr/>
                  </pic:nvPicPr>
                  <pic:blipFill>
                    <a:blip r:embed="rId8"/>
                    <a:stretch>
                      <a:fillRect/>
                    </a:stretch>
                  </pic:blipFill>
                  <pic:spPr>
                    <a:xfrm>
                      <a:off x="0" y="0"/>
                      <a:ext cx="2617886" cy="1035285"/>
                    </a:xfrm>
                    <a:prstGeom prst="rect">
                      <a:avLst/>
                    </a:prstGeom>
                  </pic:spPr>
                </pic:pic>
              </a:graphicData>
            </a:graphic>
          </wp:inline>
        </w:drawing>
      </w:r>
    </w:p>
    <w:p w14:paraId="0124AB67" w14:textId="62902E2D" w:rsidR="00C046E5" w:rsidRDefault="00000000">
      <w:pPr>
        <w:pStyle w:val="Title"/>
      </w:pPr>
      <w:r>
        <w:t>ACSA Application Form</w:t>
      </w:r>
    </w:p>
    <w:p w14:paraId="76D03321" w14:textId="77777777" w:rsidR="00C046E5" w:rsidRDefault="00000000">
      <w:pPr>
        <w:pStyle w:val="Heading1"/>
      </w:pPr>
      <w:r>
        <w:t>Introduction</w:t>
      </w:r>
    </w:p>
    <w:p w14:paraId="2C467958" w14:textId="77777777" w:rsidR="00C046E5" w:rsidRDefault="00000000">
      <w:r>
        <w:t>The African Commission for Standards and Accreditation (ACSA) is committed to promoting operational excellence, compliance, and governance across organizations in Africa. This application form is designed for all institutions, including startups, SMEs, cooperatives, NGOs, and emerging entrepreneurs seeking certification, accreditation, or compliance verification. Please complete this form as thoroughly as possible. Supporting documentation should be attached where applicable.</w:t>
      </w:r>
    </w:p>
    <w:p w14:paraId="26A9E9AE" w14:textId="77777777" w:rsidR="00C046E5" w:rsidRDefault="00000000">
      <w:pPr>
        <w:pStyle w:val="Heading1"/>
      </w:pPr>
      <w:r>
        <w:t>Section 1: Applicant Information</w:t>
      </w:r>
    </w:p>
    <w:p w14:paraId="5F768157" w14:textId="77777777" w:rsidR="00C046E5" w:rsidRDefault="00000000">
      <w:r>
        <w:t>Full Name: _________________________________________</w:t>
      </w:r>
    </w:p>
    <w:p w14:paraId="604CCB3C" w14:textId="77777777" w:rsidR="00C046E5" w:rsidRDefault="00000000">
      <w:r>
        <w:t>Title / Position: ____________________________________</w:t>
      </w:r>
    </w:p>
    <w:p w14:paraId="7D1D9476" w14:textId="77777777" w:rsidR="00C046E5" w:rsidRDefault="00000000">
      <w:r>
        <w:t>Email Address: _____________________________________</w:t>
      </w:r>
    </w:p>
    <w:p w14:paraId="72D560A2" w14:textId="77777777" w:rsidR="00C046E5" w:rsidRDefault="00000000">
      <w:r>
        <w:t>Phone Number: _____________________________________</w:t>
      </w:r>
    </w:p>
    <w:p w14:paraId="7EE92B19" w14:textId="77777777" w:rsidR="00C046E5" w:rsidRDefault="00000000">
      <w:r>
        <w:t>Organization Affiliation: ____________________________</w:t>
      </w:r>
    </w:p>
    <w:p w14:paraId="52274ED9" w14:textId="77777777" w:rsidR="00C046E5" w:rsidRDefault="00000000">
      <w:pPr>
        <w:pStyle w:val="Heading1"/>
      </w:pPr>
      <w:r>
        <w:t>Section 2: Organization Information</w:t>
      </w:r>
    </w:p>
    <w:p w14:paraId="4908C2E8" w14:textId="77777777" w:rsidR="00C046E5" w:rsidRDefault="00000000">
      <w:r>
        <w:t>Organization Name: ________________________________</w:t>
      </w:r>
    </w:p>
    <w:p w14:paraId="702A2395" w14:textId="77777777" w:rsidR="00C046E5" w:rsidRDefault="00000000">
      <w:r>
        <w:t>Registration / Incorporation Number (if applicable): ______</w:t>
      </w:r>
    </w:p>
    <w:p w14:paraId="1BA3FB26" w14:textId="77777777" w:rsidR="00C046E5" w:rsidRDefault="00000000">
      <w:r>
        <w:t>Date of Establishment / Founding: ___________________</w:t>
      </w:r>
    </w:p>
    <w:p w14:paraId="7CE6A98F" w14:textId="77777777" w:rsidR="00C046E5" w:rsidRDefault="00000000">
      <w:r>
        <w:t>Organization Type: (Corporate / NGO / Startup / Cooperative / Other) _______</w:t>
      </w:r>
    </w:p>
    <w:p w14:paraId="3803BB1A" w14:textId="77777777" w:rsidR="00C046E5" w:rsidRDefault="00000000">
      <w:r>
        <w:t>Sector / Industry: ___________________________________</w:t>
      </w:r>
    </w:p>
    <w:p w14:paraId="022D9A5C" w14:textId="77777777" w:rsidR="00C046E5" w:rsidRDefault="00000000">
      <w:r>
        <w:t>Country of Operation: ______________________________</w:t>
      </w:r>
    </w:p>
    <w:p w14:paraId="2A875A98" w14:textId="77777777" w:rsidR="00C046E5" w:rsidRDefault="00000000">
      <w:r>
        <w:t>Organization Address: ______________________________</w:t>
      </w:r>
    </w:p>
    <w:p w14:paraId="25AB4247" w14:textId="77777777" w:rsidR="00C046E5" w:rsidRDefault="00000000">
      <w:r>
        <w:t>City / State: _______________________________________</w:t>
      </w:r>
    </w:p>
    <w:p w14:paraId="361A6C18" w14:textId="77777777" w:rsidR="00C046E5" w:rsidRDefault="00000000">
      <w:r>
        <w:lastRenderedPageBreak/>
        <w:t>Postal Code: _______________________________________</w:t>
      </w:r>
    </w:p>
    <w:p w14:paraId="2EB1A771" w14:textId="77777777" w:rsidR="00C046E5" w:rsidRDefault="00000000">
      <w:r>
        <w:t>Website / Social Media Links: ________________________</w:t>
      </w:r>
    </w:p>
    <w:p w14:paraId="707161E8" w14:textId="77777777" w:rsidR="00C046E5" w:rsidRDefault="00000000">
      <w:r>
        <w:t>Number of Employees / Team Size: ___________________</w:t>
      </w:r>
    </w:p>
    <w:p w14:paraId="48C5E28A" w14:textId="77777777" w:rsidR="00C046E5" w:rsidRDefault="00000000">
      <w:r>
        <w:t>Brief Description / Mission / Vision:</w:t>
      </w:r>
    </w:p>
    <w:p w14:paraId="6A909921" w14:textId="77777777" w:rsidR="00C046E5" w:rsidRDefault="00000000">
      <w:r>
        <w:t>_____________________________________________________</w:t>
      </w:r>
    </w:p>
    <w:p w14:paraId="484F6E64" w14:textId="77777777" w:rsidR="00C046E5" w:rsidRDefault="00000000">
      <w:r>
        <w:t>_____________________________________________________</w:t>
      </w:r>
    </w:p>
    <w:p w14:paraId="2A4ABF48" w14:textId="77777777" w:rsidR="00C046E5" w:rsidRDefault="00000000">
      <w:r>
        <w:t>Key Organizational Goals:</w:t>
      </w:r>
    </w:p>
    <w:p w14:paraId="1098F58A" w14:textId="77777777" w:rsidR="00C046E5" w:rsidRDefault="00000000">
      <w:r>
        <w:t>_____________________________________________________</w:t>
      </w:r>
    </w:p>
    <w:p w14:paraId="57107471" w14:textId="77777777" w:rsidR="00C046E5" w:rsidRDefault="00000000">
      <w:r>
        <w:t>_____________________________________________________</w:t>
      </w:r>
    </w:p>
    <w:p w14:paraId="2D4FED91" w14:textId="77777777" w:rsidR="00C046E5" w:rsidRDefault="00000000">
      <w:pPr>
        <w:pStyle w:val="Heading1"/>
      </w:pPr>
      <w:r>
        <w:t>Section 3: Leadership &amp; Governance</w:t>
      </w:r>
    </w:p>
    <w:p w14:paraId="6E599755" w14:textId="77777777" w:rsidR="00C046E5" w:rsidRDefault="00000000">
      <w:r>
        <w:t>Board of Directors / Executive Team (Names &amp; Titles):</w:t>
      </w:r>
    </w:p>
    <w:p w14:paraId="7E0F98E7" w14:textId="77777777" w:rsidR="00C046E5" w:rsidRDefault="00000000">
      <w:r>
        <w:t>_____________________________________________________</w:t>
      </w:r>
    </w:p>
    <w:p w14:paraId="3769CDE1" w14:textId="77777777" w:rsidR="00C046E5" w:rsidRDefault="00000000">
      <w:r>
        <w:t>_____________________________________________________</w:t>
      </w:r>
    </w:p>
    <w:p w14:paraId="710C033B" w14:textId="77777777" w:rsidR="00C046E5" w:rsidRDefault="00000000">
      <w:r>
        <w:t>Governance Structure (Describe key roles and decision-making process):</w:t>
      </w:r>
    </w:p>
    <w:p w14:paraId="74E4EE1C" w14:textId="77777777" w:rsidR="00C046E5" w:rsidRDefault="00000000">
      <w:r>
        <w:t>_____________________________________________________</w:t>
      </w:r>
    </w:p>
    <w:p w14:paraId="0D8F95CC" w14:textId="77777777" w:rsidR="00C046E5" w:rsidRDefault="00000000">
      <w:r>
        <w:t>_____________________________________________________</w:t>
      </w:r>
    </w:p>
    <w:p w14:paraId="58725CB2" w14:textId="77777777" w:rsidR="00C046E5" w:rsidRDefault="00000000">
      <w:r>
        <w:t>Policies &amp; Codes of Conduct in place:</w:t>
      </w:r>
    </w:p>
    <w:p w14:paraId="365AEB3C" w14:textId="77777777" w:rsidR="00C046E5" w:rsidRDefault="00000000">
      <w:r>
        <w:t>_____________________________________________________</w:t>
      </w:r>
    </w:p>
    <w:p w14:paraId="58FF3D14" w14:textId="77777777" w:rsidR="00C046E5" w:rsidRDefault="00000000">
      <w:r>
        <w:t>_____________________________________________________</w:t>
      </w:r>
    </w:p>
    <w:p w14:paraId="52D711C4" w14:textId="77777777" w:rsidR="00C046E5" w:rsidRDefault="00000000">
      <w:pPr>
        <w:pStyle w:val="Heading1"/>
      </w:pPr>
      <w:r>
        <w:t>Section 4: Operational &amp; Compliance Framework</w:t>
      </w:r>
    </w:p>
    <w:p w14:paraId="1FD15C74" w14:textId="77777777" w:rsidR="00C046E5" w:rsidRDefault="00000000">
      <w:r>
        <w:t>Operational policies currently in place:</w:t>
      </w:r>
    </w:p>
    <w:p w14:paraId="3DD49639" w14:textId="77777777" w:rsidR="00C046E5" w:rsidRDefault="00000000">
      <w:r>
        <w:t>_____________________________________________________</w:t>
      </w:r>
    </w:p>
    <w:p w14:paraId="1F93D882" w14:textId="77777777" w:rsidR="00C046E5" w:rsidRDefault="00000000">
      <w:r>
        <w:t>Compliance policies (legal, financial, ethical):</w:t>
      </w:r>
    </w:p>
    <w:p w14:paraId="05E5B7DD" w14:textId="77777777" w:rsidR="00C046E5" w:rsidRDefault="00000000">
      <w:r>
        <w:t>_____________________________________________________</w:t>
      </w:r>
    </w:p>
    <w:p w14:paraId="58CB5B72" w14:textId="77777777" w:rsidR="00C046E5" w:rsidRDefault="00000000">
      <w:r>
        <w:t>Risk management frameworks (if any):</w:t>
      </w:r>
    </w:p>
    <w:p w14:paraId="0C800D2B" w14:textId="77777777" w:rsidR="00C046E5" w:rsidRDefault="00000000">
      <w:r>
        <w:lastRenderedPageBreak/>
        <w:t>_____________________________________________________</w:t>
      </w:r>
    </w:p>
    <w:p w14:paraId="2785DB8D" w14:textId="77777777" w:rsidR="00C046E5" w:rsidRDefault="00000000">
      <w:r>
        <w:t>Innovations / Technology / Processes:</w:t>
      </w:r>
    </w:p>
    <w:p w14:paraId="55447B26" w14:textId="77777777" w:rsidR="00C046E5" w:rsidRDefault="00000000">
      <w:r>
        <w:t>_____________________________________________________</w:t>
      </w:r>
    </w:p>
    <w:p w14:paraId="3F355338" w14:textId="77777777" w:rsidR="00C046E5" w:rsidRDefault="00000000">
      <w:pPr>
        <w:pStyle w:val="Heading1"/>
      </w:pPr>
      <w:r>
        <w:t>Section 5: Program Selection</w:t>
      </w:r>
    </w:p>
    <w:p w14:paraId="7BC67331" w14:textId="77777777" w:rsidR="00C046E5" w:rsidRDefault="00000000">
      <w:r>
        <w:t>Please select all programs you are applying for:</w:t>
      </w:r>
    </w:p>
    <w:p w14:paraId="073E1591" w14:textId="77777777" w:rsidR="00C046E5" w:rsidRDefault="00000000">
      <w:r>
        <w:t>[ ] Corporate Certification</w:t>
      </w:r>
    </w:p>
    <w:p w14:paraId="73CE0B67" w14:textId="77777777" w:rsidR="00C046E5" w:rsidRDefault="00000000">
      <w:r>
        <w:t>[ ] Corporate Accreditation</w:t>
      </w:r>
    </w:p>
    <w:p w14:paraId="4298634E" w14:textId="77777777" w:rsidR="00C046E5" w:rsidRDefault="00000000">
      <w:r>
        <w:t>[ ] NGO Compliance Certification</w:t>
      </w:r>
    </w:p>
    <w:p w14:paraId="6B268EF6" w14:textId="77777777" w:rsidR="00C046E5" w:rsidRDefault="00000000">
      <w:r>
        <w:t>[ ] AML/CFT Compliance Certification</w:t>
      </w:r>
    </w:p>
    <w:p w14:paraId="41475539" w14:textId="77777777" w:rsidR="00C046E5" w:rsidRDefault="00000000">
      <w:r>
        <w:t>[ ] Governance &amp; Risk Management Certification</w:t>
      </w:r>
    </w:p>
    <w:p w14:paraId="689D4E16" w14:textId="77777777" w:rsidR="00C046E5" w:rsidRDefault="00000000">
      <w:r>
        <w:t>[ ] Sector-Specific Certification (Specify): _______________</w:t>
      </w:r>
    </w:p>
    <w:p w14:paraId="75C98EC9" w14:textId="77777777" w:rsidR="00C046E5" w:rsidRDefault="00000000">
      <w:r>
        <w:t>Brief explanation of why you are applying / expected benefits:</w:t>
      </w:r>
    </w:p>
    <w:p w14:paraId="5077AB55" w14:textId="77777777" w:rsidR="00C046E5" w:rsidRDefault="00000000">
      <w:r>
        <w:t>_____________________________________________________</w:t>
      </w:r>
    </w:p>
    <w:p w14:paraId="19F4AE87" w14:textId="77777777" w:rsidR="00C046E5" w:rsidRDefault="00000000">
      <w:r>
        <w:t>_____________________________________________________</w:t>
      </w:r>
    </w:p>
    <w:p w14:paraId="5AD831EE" w14:textId="77777777" w:rsidR="00C046E5" w:rsidRDefault="00000000">
      <w:pPr>
        <w:pStyle w:val="Heading1"/>
      </w:pPr>
      <w:r>
        <w:t>Section 6: Required Documents Checklist</w:t>
      </w:r>
    </w:p>
    <w:p w14:paraId="33005CD7" w14:textId="77777777" w:rsidR="00C046E5" w:rsidRDefault="00000000">
      <w:r>
        <w:t>Please attach copies of:</w:t>
      </w:r>
    </w:p>
    <w:p w14:paraId="2FF674BB" w14:textId="77777777" w:rsidR="00C046E5" w:rsidRDefault="00000000">
      <w:r>
        <w:t>[ ] Registration / Incorporation Certificate (if applicable)</w:t>
      </w:r>
    </w:p>
    <w:p w14:paraId="1CE8EE7F" w14:textId="77777777" w:rsidR="00C046E5" w:rsidRDefault="00000000">
      <w:r>
        <w:t>[ ] Organizational Profile / Overview</w:t>
      </w:r>
    </w:p>
    <w:p w14:paraId="2F123955" w14:textId="77777777" w:rsidR="00C046E5" w:rsidRDefault="00000000">
      <w:r>
        <w:t>[ ] Leadership / Governance Structure Documents</w:t>
      </w:r>
    </w:p>
    <w:p w14:paraId="692E3862" w14:textId="77777777" w:rsidR="00C046E5" w:rsidRDefault="00000000">
      <w:r>
        <w:t>[ ] Operational Policies</w:t>
      </w:r>
    </w:p>
    <w:p w14:paraId="2D3604E2" w14:textId="77777777" w:rsidR="00C046E5" w:rsidRDefault="00000000">
      <w:r>
        <w:t>[ ] Compliance Policies</w:t>
      </w:r>
    </w:p>
    <w:p w14:paraId="0C66208E" w14:textId="77777777" w:rsidR="00C046E5" w:rsidRDefault="00000000">
      <w:r>
        <w:t>[ ] Financial / Audit / Activity Records</w:t>
      </w:r>
    </w:p>
    <w:p w14:paraId="44FBA1E1" w14:textId="77777777" w:rsidR="00C046E5" w:rsidRDefault="00000000">
      <w:r>
        <w:t>[ ] Sector-specific Documents (for AML, NGO, governance programs)</w:t>
      </w:r>
    </w:p>
    <w:p w14:paraId="047E1AB8" w14:textId="77777777" w:rsidR="00C046E5" w:rsidRDefault="00000000">
      <w:r>
        <w:t>Additional Documents for Startups / Entrepreneurs (optional):</w:t>
      </w:r>
    </w:p>
    <w:p w14:paraId="74D3C07C" w14:textId="77777777" w:rsidR="00C046E5" w:rsidRDefault="00000000">
      <w:r>
        <w:t>[ ] Business Plan / Pitch Deck</w:t>
      </w:r>
    </w:p>
    <w:p w14:paraId="7A8C455C" w14:textId="77777777" w:rsidR="00C046E5" w:rsidRDefault="00000000">
      <w:r>
        <w:lastRenderedPageBreak/>
        <w:t>[ ] Partnership Agreements / Collaborations</w:t>
      </w:r>
    </w:p>
    <w:p w14:paraId="724DE569" w14:textId="77777777" w:rsidR="00C046E5" w:rsidRDefault="00000000">
      <w:r>
        <w:t>[ ] Innovation / Product Descriptions</w:t>
      </w:r>
    </w:p>
    <w:p w14:paraId="3166EB40" w14:textId="77777777" w:rsidR="00C046E5" w:rsidRDefault="00000000">
      <w:r>
        <w:t>[ ] References / Testimonials</w:t>
      </w:r>
    </w:p>
    <w:p w14:paraId="545BC4B3" w14:textId="77777777" w:rsidR="00C046E5" w:rsidRDefault="00000000">
      <w:pPr>
        <w:pStyle w:val="Heading1"/>
      </w:pPr>
      <w:r>
        <w:t>Section 7: Projects, Achievements, and Challenges</w:t>
      </w:r>
    </w:p>
    <w:p w14:paraId="5F95E7AF" w14:textId="77777777" w:rsidR="00C046E5" w:rsidRDefault="00000000">
      <w:r>
        <w:t>Key Projects or Programs Undertaken:</w:t>
      </w:r>
    </w:p>
    <w:p w14:paraId="14E60A8E" w14:textId="77777777" w:rsidR="00C046E5" w:rsidRDefault="00000000">
      <w:r>
        <w:t>_____________________________________________________</w:t>
      </w:r>
    </w:p>
    <w:p w14:paraId="582FA53A" w14:textId="77777777" w:rsidR="00C046E5" w:rsidRDefault="00000000">
      <w:r>
        <w:t>_____________________________________________________</w:t>
      </w:r>
    </w:p>
    <w:p w14:paraId="36E29264" w14:textId="77777777" w:rsidR="00C046E5" w:rsidRDefault="00000000">
      <w:r>
        <w:t>Achievements or Milestones:</w:t>
      </w:r>
    </w:p>
    <w:p w14:paraId="2D16C485" w14:textId="77777777" w:rsidR="00C046E5" w:rsidRDefault="00000000">
      <w:r>
        <w:t>_____________________________________________________</w:t>
      </w:r>
    </w:p>
    <w:p w14:paraId="5D7DF303" w14:textId="77777777" w:rsidR="00C046E5" w:rsidRDefault="00000000">
      <w:r>
        <w:t>_____________________________________________________</w:t>
      </w:r>
    </w:p>
    <w:p w14:paraId="43E0ABFB" w14:textId="77777777" w:rsidR="00C046E5" w:rsidRDefault="00000000">
      <w:r>
        <w:t>Challenges or Areas Seeking Support:</w:t>
      </w:r>
    </w:p>
    <w:p w14:paraId="1D32999F" w14:textId="77777777" w:rsidR="00C046E5" w:rsidRDefault="00000000">
      <w:r>
        <w:t>_____________________________________________________</w:t>
      </w:r>
    </w:p>
    <w:p w14:paraId="393C2FA5" w14:textId="77777777" w:rsidR="00C046E5" w:rsidRDefault="00000000">
      <w:r>
        <w:t>_____________________________________________________</w:t>
      </w:r>
    </w:p>
    <w:p w14:paraId="54FCA056" w14:textId="77777777" w:rsidR="00C046E5" w:rsidRDefault="00000000">
      <w:pPr>
        <w:pStyle w:val="Heading1"/>
      </w:pPr>
      <w:r>
        <w:t>Section 8: Declarations &amp; Signature</w:t>
      </w:r>
    </w:p>
    <w:p w14:paraId="7A9FE372" w14:textId="77777777" w:rsidR="00C046E5" w:rsidRDefault="00000000">
      <w:r>
        <w:t>I declare that the information provided is true and complete to the best of my knowledge. I understand that providing false information may result in rejection or revocation of accreditation/certification.</w:t>
      </w:r>
    </w:p>
    <w:p w14:paraId="62E5954E" w14:textId="77777777" w:rsidR="00C046E5" w:rsidRDefault="00000000">
      <w:r>
        <w:t>Name of Authorized Signatory: ________________________</w:t>
      </w:r>
    </w:p>
    <w:p w14:paraId="1C9DCC25" w14:textId="77777777" w:rsidR="00C046E5" w:rsidRDefault="00000000">
      <w:r>
        <w:t>Title / Position: _____________________________________</w:t>
      </w:r>
    </w:p>
    <w:p w14:paraId="6CAD761D" w14:textId="77777777" w:rsidR="00C046E5" w:rsidRDefault="00000000">
      <w:r>
        <w:t>Signature: _________________________________________</w:t>
      </w:r>
    </w:p>
    <w:p w14:paraId="55992C19" w14:textId="77777777" w:rsidR="00C046E5" w:rsidRDefault="00000000">
      <w:r>
        <w:t>Date: _____________________________________________</w:t>
      </w:r>
    </w:p>
    <w:p w14:paraId="703D94C5" w14:textId="77777777" w:rsidR="00C046E5" w:rsidRDefault="00000000">
      <w:pPr>
        <w:pStyle w:val="Heading1"/>
      </w:pPr>
      <w:r>
        <w:t>Submission Instructions</w:t>
      </w:r>
    </w:p>
    <w:p w14:paraId="058133AB" w14:textId="77777777" w:rsidR="00C046E5" w:rsidRDefault="00000000">
      <w:r>
        <w:t>Submit this completed form along with all attachments to:</w:t>
      </w:r>
    </w:p>
    <w:p w14:paraId="48A7E264" w14:textId="77777777" w:rsidR="00C046E5" w:rsidRDefault="00000000">
      <w:r>
        <w:t>Email: applications@acsaafrica.org</w:t>
      </w:r>
    </w:p>
    <w:p w14:paraId="6BA4E3CD" w14:textId="77777777" w:rsidR="00C046E5" w:rsidRDefault="00000000">
      <w:r>
        <w:t>OR via the secure ACSA Submission Portal.</w:t>
      </w:r>
    </w:p>
    <w:p w14:paraId="2FC428A2" w14:textId="77777777" w:rsidR="00C046E5" w:rsidRDefault="00000000">
      <w:pPr>
        <w:pStyle w:val="Heading1"/>
      </w:pPr>
      <w:r>
        <w:lastRenderedPageBreak/>
        <w:t>Office Use Only</w:t>
      </w:r>
    </w:p>
    <w:p w14:paraId="13579DC1" w14:textId="77777777" w:rsidR="00C046E5" w:rsidRDefault="00000000">
      <w:r>
        <w:t>Date Received: _____________________</w:t>
      </w:r>
    </w:p>
    <w:p w14:paraId="234BB2DB" w14:textId="77777777" w:rsidR="00C046E5" w:rsidRDefault="00000000">
      <w:r>
        <w:t>Application Number: ________________</w:t>
      </w:r>
    </w:p>
    <w:p w14:paraId="2A1948D0" w14:textId="77777777" w:rsidR="00C046E5" w:rsidRDefault="00000000">
      <w:r>
        <w:t>Review Officer: _____________________</w:t>
      </w:r>
    </w:p>
    <w:p w14:paraId="270B1175" w14:textId="77777777" w:rsidR="00C046E5" w:rsidRDefault="00000000">
      <w:r>
        <w:t>Status: (Pending / Reviewed / Approved / Rejected) _______</w:t>
      </w:r>
    </w:p>
    <w:p w14:paraId="6EA96A53" w14:textId="77777777" w:rsidR="00C046E5" w:rsidRDefault="00000000">
      <w:r>
        <w:t>Notes: ____________________________________________</w:t>
      </w:r>
    </w:p>
    <w:p w14:paraId="7460F486" w14:textId="77777777" w:rsidR="00C046E5" w:rsidRDefault="00000000">
      <w:r>
        <w:t>____________________________________________</w:t>
      </w:r>
    </w:p>
    <w:sectPr w:rsidR="00C046E5" w:rsidSect="00034616">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4B1298" w14:textId="77777777" w:rsidR="009F248E" w:rsidRDefault="009F248E" w:rsidP="00DB3415">
      <w:pPr>
        <w:spacing w:after="0" w:line="240" w:lineRule="auto"/>
      </w:pPr>
      <w:r>
        <w:separator/>
      </w:r>
    </w:p>
  </w:endnote>
  <w:endnote w:type="continuationSeparator" w:id="0">
    <w:p w14:paraId="0245DDF3" w14:textId="77777777" w:rsidR="009F248E" w:rsidRDefault="009F248E" w:rsidP="00DB3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DEB71" w14:textId="6E188915" w:rsidR="00DB3415" w:rsidRDefault="00DB3415" w:rsidP="00DB3415">
    <w:pPr>
      <w:pStyle w:val="Footer"/>
      <w:jc w:val="right"/>
    </w:pPr>
    <w:r>
      <w:t xml:space="preserve">ACSA @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05C587" w14:textId="77777777" w:rsidR="009F248E" w:rsidRDefault="009F248E" w:rsidP="00DB3415">
      <w:pPr>
        <w:spacing w:after="0" w:line="240" w:lineRule="auto"/>
      </w:pPr>
      <w:r>
        <w:separator/>
      </w:r>
    </w:p>
  </w:footnote>
  <w:footnote w:type="continuationSeparator" w:id="0">
    <w:p w14:paraId="6294EC4C" w14:textId="77777777" w:rsidR="009F248E" w:rsidRDefault="009F248E" w:rsidP="00DB34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718358216">
    <w:abstractNumId w:val="8"/>
  </w:num>
  <w:num w:numId="2" w16cid:durableId="642779841">
    <w:abstractNumId w:val="6"/>
  </w:num>
  <w:num w:numId="3" w16cid:durableId="1084647229">
    <w:abstractNumId w:val="5"/>
  </w:num>
  <w:num w:numId="4" w16cid:durableId="1192647672">
    <w:abstractNumId w:val="4"/>
  </w:num>
  <w:num w:numId="5" w16cid:durableId="1796873898">
    <w:abstractNumId w:val="7"/>
  </w:num>
  <w:num w:numId="6" w16cid:durableId="889077254">
    <w:abstractNumId w:val="3"/>
  </w:num>
  <w:num w:numId="7" w16cid:durableId="75907898">
    <w:abstractNumId w:val="2"/>
  </w:num>
  <w:num w:numId="8" w16cid:durableId="931008845">
    <w:abstractNumId w:val="1"/>
  </w:num>
  <w:num w:numId="9" w16cid:durableId="1530803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9F248E"/>
    <w:rsid w:val="00AA1D8D"/>
    <w:rsid w:val="00B47730"/>
    <w:rsid w:val="00C046E5"/>
    <w:rsid w:val="00CB0664"/>
    <w:rsid w:val="00DB3415"/>
    <w:rsid w:val="00F234B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5B9795"/>
  <w14:defaultImageDpi w14:val="300"/>
  <w15:docId w15:val="{4B56BB3A-3874-2349-A976-5DFB48403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766</Words>
  <Characters>4370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5126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dickensdickens870@outlook.com</cp:lastModifiedBy>
  <cp:revision>2</cp:revision>
  <dcterms:created xsi:type="dcterms:W3CDTF">2026-01-07T11:02:00Z</dcterms:created>
  <dcterms:modified xsi:type="dcterms:W3CDTF">2026-01-07T11:02:00Z</dcterms:modified>
  <cp:category/>
</cp:coreProperties>
</file>